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2A70" w:rsidR="00BF283A" w:rsidP="2915A3C0" w:rsidRDefault="00000000" w14:paraId="1874786B" w14:textId="415ADFE9">
      <w:pPr>
        <w:pStyle w:val="Heading1"/>
        <w:spacing w:line="240" w:lineRule="auto"/>
        <w:rPr>
          <w:color w:val="auto"/>
        </w:rPr>
      </w:pPr>
    </w:p>
    <w:p w:rsidRPr="00A12A70" w:rsidR="00BF283A" w:rsidP="2915A3C0" w:rsidRDefault="00000000" w14:paraId="0FEA46A3" w14:textId="52E797B9">
      <w:pPr>
        <w:pStyle w:val="Heading1"/>
        <w:spacing w:line="240" w:lineRule="auto"/>
        <w:rPr>
          <w:color w:val="auto"/>
        </w:rPr>
      </w:pPr>
      <w:r w:rsidRPr="2915A3C0" w:rsidR="675D422F">
        <w:rPr>
          <w:color w:val="auto"/>
        </w:rPr>
        <w:t>Greater Green Bay Health Care Alliance (GGBHA)</w:t>
      </w:r>
      <w:r>
        <w:br/>
      </w:r>
      <w:r w:rsidRPr="2915A3C0" w:rsidR="675D422F">
        <w:rPr>
          <w:color w:val="auto"/>
        </w:rPr>
        <w:t>Clinical Meeting Minutes</w:t>
      </w:r>
    </w:p>
    <w:p w:rsidRPr="00A12A70" w:rsidR="00BF283A" w:rsidP="2915A3C0" w:rsidRDefault="00000000" w14:paraId="29A49AE8" w14:textId="6F282D45">
      <w:pPr>
        <w:spacing w:line="240" w:lineRule="auto"/>
      </w:pPr>
      <w:r w:rsidRPr="2915A3C0" w:rsidR="675D422F">
        <w:rPr>
          <w:b w:val="1"/>
          <w:bCs w:val="1"/>
        </w:rPr>
        <w:t xml:space="preserve">Date: </w:t>
      </w:r>
      <w:r w:rsidR="675D422F">
        <w:rPr/>
        <w:t>May 22, 2026</w:t>
      </w:r>
      <w:r>
        <w:br/>
      </w:r>
    </w:p>
    <w:p w:rsidRPr="00A12A70" w:rsidR="00BF283A" w:rsidP="2915A3C0" w:rsidRDefault="00000000" w14:paraId="2AD778E5" w14:textId="77777777">
      <w:pPr>
        <w:pStyle w:val="Heading2"/>
        <w:spacing w:line="240" w:lineRule="auto"/>
        <w:rPr>
          <w:color w:val="auto"/>
        </w:rPr>
      </w:pPr>
      <w:r w:rsidRPr="2915A3C0" w:rsidR="675D422F">
        <w:rPr>
          <w:color w:val="auto"/>
        </w:rPr>
        <w:t>Attendees</w:t>
      </w:r>
    </w:p>
    <w:p w:rsidRPr="00A12A70" w:rsidR="00BF283A" w:rsidP="2915A3C0" w:rsidRDefault="00000000" w14:paraId="2745AF07" w14:textId="77777777">
      <w:pPr>
        <w:pStyle w:val="ListBullet"/>
        <w:spacing w:line="240" w:lineRule="auto"/>
        <w:rPr/>
      </w:pPr>
      <w:r w:rsidR="675D422F">
        <w:rPr/>
        <w:t>Sherri Hanrahan (Bellin College)</w:t>
      </w:r>
    </w:p>
    <w:p w:rsidRPr="00A12A70" w:rsidR="00BF283A" w:rsidP="2915A3C0" w:rsidRDefault="00000000" w14:paraId="37585E1C" w14:textId="77777777">
      <w:pPr>
        <w:pStyle w:val="ListBullet"/>
        <w:spacing w:line="240" w:lineRule="auto"/>
        <w:rPr/>
      </w:pPr>
      <w:r w:rsidR="675D422F">
        <w:rPr/>
        <w:t>Brian Krogh (NWTC)</w:t>
      </w:r>
    </w:p>
    <w:p w:rsidRPr="00A12A70" w:rsidR="00BF283A" w:rsidP="2915A3C0" w:rsidRDefault="00000000" w14:paraId="541F2559" w14:textId="77777777">
      <w:pPr>
        <w:pStyle w:val="ListBullet"/>
        <w:spacing w:line="240" w:lineRule="auto"/>
        <w:rPr/>
      </w:pPr>
      <w:r w:rsidR="675D422F">
        <w:rPr/>
        <w:t>Stacey Felton (NWTC)</w:t>
      </w:r>
    </w:p>
    <w:p w:rsidRPr="00A12A70" w:rsidR="00BF283A" w:rsidP="2915A3C0" w:rsidRDefault="00000000" w14:paraId="49E8A49E" w14:textId="77777777">
      <w:pPr>
        <w:pStyle w:val="ListBullet"/>
        <w:spacing w:line="240" w:lineRule="auto"/>
        <w:rPr/>
      </w:pPr>
      <w:r w:rsidR="675D422F">
        <w:rPr/>
        <w:t>Cynthia Theys (NWTC)</w:t>
      </w:r>
    </w:p>
    <w:p w:rsidRPr="00A12A70" w:rsidR="00BF283A" w:rsidP="2915A3C0" w:rsidRDefault="00000000" w14:paraId="7D0020B4" w14:textId="77777777">
      <w:pPr>
        <w:pStyle w:val="ListBullet"/>
        <w:spacing w:line="240" w:lineRule="auto"/>
        <w:rPr/>
      </w:pPr>
      <w:r w:rsidR="675D422F">
        <w:rPr/>
        <w:t>Cheryl Rentmeester (NWTC)</w:t>
      </w:r>
    </w:p>
    <w:p w:rsidRPr="00A12A70" w:rsidR="00BF283A" w:rsidP="2915A3C0" w:rsidRDefault="00000000" w14:paraId="08F39B65" w14:textId="77777777">
      <w:pPr>
        <w:pStyle w:val="ListBullet"/>
        <w:spacing w:line="240" w:lineRule="auto"/>
        <w:rPr/>
      </w:pPr>
      <w:r w:rsidR="675D422F">
        <w:rPr/>
        <w:t>Philip Taylor (NWTC)</w:t>
      </w:r>
    </w:p>
    <w:p w:rsidRPr="00A12A70" w:rsidR="00BF283A" w:rsidP="2915A3C0" w:rsidRDefault="00000000" w14:paraId="049D2ADE" w14:textId="77777777">
      <w:pPr>
        <w:pStyle w:val="ListBullet"/>
        <w:spacing w:line="240" w:lineRule="auto"/>
        <w:rPr/>
      </w:pPr>
      <w:r w:rsidR="675D422F">
        <w:rPr/>
        <w:t>Christian Cottingham-Endter (Advocate Health)</w:t>
      </w:r>
    </w:p>
    <w:p w:rsidRPr="00A12A70" w:rsidR="00BF283A" w:rsidP="2915A3C0" w:rsidRDefault="00000000" w14:paraId="1C822A77" w14:textId="77777777">
      <w:pPr>
        <w:pStyle w:val="ListBullet"/>
        <w:spacing w:line="240" w:lineRule="auto"/>
        <w:rPr/>
      </w:pPr>
      <w:r w:rsidR="675D422F">
        <w:rPr/>
        <w:t>Danielle Van Camp (Bellin College)</w:t>
      </w:r>
    </w:p>
    <w:p w:rsidRPr="00A12A70" w:rsidR="00BF283A" w:rsidP="2915A3C0" w:rsidRDefault="00000000" w14:paraId="48A3EA53" w14:textId="77777777">
      <w:pPr>
        <w:pStyle w:val="ListBullet"/>
        <w:spacing w:line="240" w:lineRule="auto"/>
        <w:rPr/>
      </w:pPr>
      <w:r w:rsidR="675D422F">
        <w:rPr/>
        <w:t>Michelle Krause (Oneida Nation)</w:t>
      </w:r>
    </w:p>
    <w:p w:rsidRPr="00A12A70" w:rsidR="00BF283A" w:rsidP="2915A3C0" w:rsidRDefault="00000000" w14:paraId="53615CD9" w14:textId="77777777">
      <w:pPr>
        <w:pStyle w:val="ListBullet"/>
        <w:spacing w:line="240" w:lineRule="auto"/>
        <w:rPr/>
      </w:pPr>
      <w:r w:rsidR="675D422F">
        <w:rPr/>
        <w:t>Kelly Verhasselt (Emplify Health)</w:t>
      </w:r>
    </w:p>
    <w:p w:rsidRPr="00A12A70" w:rsidR="00BF283A" w:rsidP="2915A3C0" w:rsidRDefault="00000000" w14:paraId="5933E3D9" w14:textId="77777777">
      <w:pPr>
        <w:pStyle w:val="ListBullet"/>
        <w:spacing w:line="240" w:lineRule="auto"/>
        <w:rPr/>
      </w:pPr>
      <w:r w:rsidR="675D422F">
        <w:rPr/>
        <w:t>Kristin Cherney (Bellin College)</w:t>
      </w:r>
    </w:p>
    <w:p w:rsidRPr="00A12A70" w:rsidR="00BF283A" w:rsidP="2915A3C0" w:rsidRDefault="00000000" w14:paraId="36B8CEB4" w14:textId="77777777">
      <w:pPr>
        <w:pStyle w:val="ListBullet"/>
        <w:spacing w:line="240" w:lineRule="auto"/>
        <w:rPr/>
      </w:pPr>
      <w:r w:rsidR="675D422F">
        <w:rPr/>
        <w:t>Mary Otto (Advocate Health)</w:t>
      </w:r>
    </w:p>
    <w:p w:rsidRPr="00A12A70" w:rsidR="00BF283A" w:rsidP="2915A3C0" w:rsidRDefault="00000000" w14:paraId="6ADEA52E" w14:textId="77777777">
      <w:pPr>
        <w:pStyle w:val="ListBullet"/>
        <w:spacing w:line="240" w:lineRule="auto"/>
        <w:rPr/>
      </w:pPr>
      <w:r w:rsidR="675D422F">
        <w:rPr/>
        <w:t>Stacie Jacquet (Door County Medical Center)</w:t>
      </w:r>
    </w:p>
    <w:p w:rsidRPr="00A12A70" w:rsidR="00BF283A" w:rsidP="2915A3C0" w:rsidRDefault="00000000" w14:paraId="7A73D516" w14:textId="77777777">
      <w:pPr>
        <w:pStyle w:val="ListBullet"/>
        <w:spacing w:line="240" w:lineRule="auto"/>
        <w:rPr/>
      </w:pPr>
      <w:r w:rsidR="675D422F">
        <w:rPr/>
        <w:t>Laura Janssen (Advocate Health)</w:t>
      </w:r>
    </w:p>
    <w:p w:rsidRPr="00A12A70" w:rsidR="00BF283A" w:rsidP="2915A3C0" w:rsidRDefault="00000000" w14:paraId="48C2A51A" w14:textId="77777777">
      <w:pPr>
        <w:pStyle w:val="ListBullet"/>
        <w:spacing w:line="240" w:lineRule="auto"/>
        <w:rPr/>
      </w:pPr>
      <w:r w:rsidR="675D422F">
        <w:rPr/>
        <w:t>Christine Vandenhouten (UW-Green Bay)</w:t>
      </w:r>
    </w:p>
    <w:p w:rsidRPr="00A12A70" w:rsidR="00BF283A" w:rsidP="2915A3C0" w:rsidRDefault="00000000" w14:paraId="6E44B6E0" w14:textId="77777777">
      <w:pPr>
        <w:pStyle w:val="ListBullet"/>
        <w:spacing w:line="240" w:lineRule="auto"/>
        <w:rPr/>
      </w:pPr>
      <w:r w:rsidR="675D422F">
        <w:rPr/>
        <w:t>Carrie Karcz (Emplify Health)</w:t>
      </w:r>
    </w:p>
    <w:p w:rsidRPr="00A12A70" w:rsidR="00BF283A" w:rsidP="2915A3C0" w:rsidRDefault="00000000" w14:paraId="5D28A6CF" w14:textId="77777777">
      <w:pPr>
        <w:pStyle w:val="ListBullet"/>
        <w:spacing w:line="240" w:lineRule="auto"/>
        <w:rPr/>
      </w:pPr>
      <w:r w:rsidR="675D422F">
        <w:rPr/>
        <w:t>Jenn Leonard (HSHS)</w:t>
      </w:r>
    </w:p>
    <w:p w:rsidRPr="00A12A70" w:rsidR="00BF283A" w:rsidP="2915A3C0" w:rsidRDefault="00000000" w14:paraId="7B9441B7" w14:textId="77777777">
      <w:pPr>
        <w:pStyle w:val="ListBullet"/>
        <w:spacing w:line="240" w:lineRule="auto"/>
        <w:rPr/>
      </w:pPr>
      <w:r w:rsidR="675D422F">
        <w:rPr/>
        <w:t>Sarah Hutchinson (NEW Healthcare Alliance)</w:t>
      </w:r>
    </w:p>
    <w:p w:rsidRPr="00A12A70" w:rsidR="00BF283A" w:rsidP="2915A3C0" w:rsidRDefault="00000000" w14:paraId="01AA069D" w14:textId="77777777">
      <w:pPr>
        <w:pStyle w:val="ListBullet"/>
        <w:spacing w:line="240" w:lineRule="auto"/>
        <w:rPr/>
      </w:pPr>
      <w:r w:rsidR="675D422F">
        <w:rPr/>
        <w:t>Morgan Cowie (Bellin College)</w:t>
      </w:r>
    </w:p>
    <w:p w:rsidRPr="00A12A70" w:rsidR="00BF283A" w:rsidP="2915A3C0" w:rsidRDefault="00000000" w14:paraId="72CC75B2" w14:textId="77777777">
      <w:pPr>
        <w:pStyle w:val="ListBullet"/>
        <w:spacing w:line="240" w:lineRule="auto"/>
        <w:rPr/>
      </w:pPr>
      <w:r w:rsidR="675D422F">
        <w:rPr/>
        <w:t>Jennifer Myles-Clair (Advocate Health)</w:t>
      </w:r>
    </w:p>
    <w:p w:rsidR="675D422F" w:rsidP="2915A3C0" w:rsidRDefault="675D422F" w14:paraId="15EF16CB" w14:textId="3F80B667">
      <w:pPr>
        <w:pStyle w:val="Heading2"/>
        <w:spacing w:after="240" w:afterAutospacing="off" w:line="240" w:lineRule="auto"/>
        <w:rPr>
          <w:color w:val="auto"/>
        </w:rPr>
      </w:pPr>
      <w:r w:rsidRPr="2915A3C0" w:rsidR="675D422F">
        <w:rPr>
          <w:color w:val="auto"/>
        </w:rPr>
        <w:t>Agenda Items and Discussion</w:t>
      </w:r>
    </w:p>
    <w:p w:rsidRPr="00A12A70" w:rsidR="00BF283A" w:rsidP="2915A3C0" w:rsidRDefault="00000000" w14:paraId="3AA12B07" w14:textId="77777777">
      <w:pPr>
        <w:spacing w:after="0" w:afterAutospacing="off" w:line="240" w:lineRule="auto"/>
      </w:pPr>
      <w:r w:rsidRPr="2915A3C0" w:rsidR="675D422F">
        <w:rPr>
          <w:b w:val="1"/>
          <w:bCs w:val="1"/>
        </w:rPr>
        <w:t>Welcome and Introductions</w:t>
      </w:r>
    </w:p>
    <w:p w:rsidRPr="00A12A70" w:rsidR="00BF283A" w:rsidP="2915A3C0" w:rsidRDefault="00000000" w14:paraId="53FC6DEE" w14:textId="77777777">
      <w:pPr>
        <w:spacing w:line="240" w:lineRule="auto"/>
      </w:pPr>
      <w:r w:rsidR="675D422F">
        <w:rPr/>
        <w:t>New attendee Kristin Cherney, Health and Wellness Coordinator at Bellin College, was welcomed. Brian Krogh introduced Stacey Felton, who will assist with future GGBHA coordination, agendas, and minutes.</w:t>
      </w:r>
    </w:p>
    <w:p w:rsidRPr="00A12A70" w:rsidR="00BF283A" w:rsidP="2915A3C0" w:rsidRDefault="00000000" w14:paraId="16121AC1" w14:textId="77777777">
      <w:pPr>
        <w:spacing w:after="0" w:afterAutospacing="off" w:line="240" w:lineRule="auto"/>
      </w:pPr>
      <w:r w:rsidRPr="2915A3C0" w:rsidR="675D422F">
        <w:rPr>
          <w:b w:val="1"/>
          <w:bCs w:val="1"/>
        </w:rPr>
        <w:t>GGBHA Website Review</w:t>
      </w:r>
    </w:p>
    <w:p w:rsidRPr="00A12A70" w:rsidR="00BF283A" w:rsidP="2915A3C0" w:rsidRDefault="00000000" w14:paraId="4F99290A" w14:textId="6344504F">
      <w:pPr>
        <w:spacing w:line="240" w:lineRule="auto"/>
      </w:pPr>
      <w:r w:rsidR="675D422F">
        <w:rPr/>
        <w:t xml:space="preserve">The group completed a high-level review of the website structure and content. </w:t>
      </w:r>
      <w:r w:rsidR="7E67E11D">
        <w:rPr>
          <w:b w:val="0"/>
          <w:bCs w:val="0"/>
        </w:rPr>
        <w:t>The mission and vision will be reviewed in January 2027. S</w:t>
      </w:r>
      <w:r w:rsidR="675D422F">
        <w:rPr/>
        <w:t>herri</w:t>
      </w:r>
      <w:r w:rsidR="675D422F">
        <w:rPr/>
        <w:t xml:space="preserve"> Hanrahan will serve as the interim website contact</w:t>
      </w:r>
      <w:r w:rsidR="373DB638">
        <w:rPr/>
        <w:t xml:space="preserve"> until Stace Felton officially starts</w:t>
      </w:r>
      <w:r w:rsidR="675D422F">
        <w:rPr/>
        <w:t xml:space="preserve">. Members were encouraged to review content and links related to their organizations and </w:t>
      </w:r>
      <w:r w:rsidR="675D422F">
        <w:rPr/>
        <w:t>submit</w:t>
      </w:r>
      <w:r w:rsidR="675D422F">
        <w:rPr/>
        <w:t xml:space="preserve"> updates.</w:t>
      </w:r>
    </w:p>
    <w:p w:rsidRPr="00A12A70" w:rsidR="00BF283A" w:rsidP="2915A3C0" w:rsidRDefault="00000000" w14:paraId="41C8570C" w14:textId="77777777">
      <w:pPr>
        <w:spacing w:after="0" w:afterAutospacing="off" w:line="240" w:lineRule="auto"/>
      </w:pPr>
      <w:r w:rsidRPr="2915A3C0" w:rsidR="675D422F">
        <w:rPr>
          <w:b w:val="1"/>
          <w:bCs w:val="1"/>
        </w:rPr>
        <w:t>Organization and Contact Updates</w:t>
      </w:r>
    </w:p>
    <w:p w:rsidR="00E135E3" w:rsidP="2915A3C0" w:rsidRDefault="0077684A" w14:paraId="7D0C85EC" w14:textId="0382916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="4F624869">
        <w:rPr/>
        <w:t>Under the “About Us” tab</w:t>
      </w:r>
      <w:r w:rsidR="227AFB9E">
        <w:rPr/>
        <w:t>:</w:t>
      </w:r>
    </w:p>
    <w:p w:rsidR="00E135E3" w:rsidP="2915A3C0" w:rsidRDefault="0077684A" w14:paraId="5EAA5170" w14:textId="4E5DDF2E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/>
      </w:pPr>
      <w:r w:rsidR="4F624869">
        <w:rPr/>
        <w:t>Health Care Organizations</w:t>
      </w:r>
      <w:r w:rsidR="47E750F1">
        <w:rPr/>
        <w:t xml:space="preserve">: </w:t>
      </w:r>
    </w:p>
    <w:p w:rsidR="00E135E3" w:rsidP="2915A3C0" w:rsidRDefault="0077684A" w14:paraId="0E590081" w14:textId="0CA1CA1D">
      <w:pPr>
        <w:pStyle w:val="ListParagraph"/>
        <w:numPr>
          <w:ilvl w:val="1"/>
          <w:numId w:val="11"/>
        </w:numPr>
        <w:suppressLineNumbers w:val="0"/>
        <w:bidi w:val="0"/>
        <w:spacing w:before="0" w:beforeAutospacing="off" w:after="200" w:afterAutospacing="off" w:line="240" w:lineRule="auto"/>
        <w:ind w:left="1080" w:right="-270" w:hanging="360"/>
        <w:jc w:val="left"/>
        <w:rPr/>
      </w:pPr>
      <w:r w:rsidR="649E1490">
        <w:rPr/>
        <w:t>Oneida Nation</w:t>
      </w:r>
      <w:r w:rsidR="641C29DF">
        <w:rPr/>
        <w:t xml:space="preserve">: Michelle </w:t>
      </w:r>
      <w:r w:rsidR="6BAB0D8D">
        <w:rPr/>
        <w:t xml:space="preserve">Krause </w:t>
      </w:r>
      <w:r w:rsidR="641C29DF">
        <w:rPr/>
        <w:t xml:space="preserve">will </w:t>
      </w:r>
      <w:r w:rsidR="303744C0">
        <w:rPr/>
        <w:t>check on getting</w:t>
      </w:r>
      <w:r w:rsidR="641C29DF">
        <w:rPr/>
        <w:t xml:space="preserve"> </w:t>
      </w:r>
      <w:r w:rsidR="649E1490">
        <w:rPr/>
        <w:t xml:space="preserve">permission to be added to the website. </w:t>
      </w:r>
    </w:p>
    <w:p w:rsidR="00E135E3" w:rsidP="2915A3C0" w:rsidRDefault="0077684A" w14:paraId="10A0E53E" w14:textId="0CBF6A75">
      <w:pPr>
        <w:pStyle w:val="ListParagraph"/>
        <w:numPr>
          <w:ilvl w:val="1"/>
          <w:numId w:val="11"/>
        </w:numPr>
        <w:suppressLineNumbers w:val="0"/>
        <w:bidi w:val="0"/>
        <w:spacing w:before="0" w:beforeAutospacing="off" w:after="200" w:afterAutospacing="off" w:line="240" w:lineRule="auto"/>
        <w:ind w:left="1080" w:right="-270" w:hanging="360"/>
        <w:jc w:val="left"/>
        <w:rPr/>
      </w:pPr>
      <w:r w:rsidR="47E750F1">
        <w:rPr/>
        <w:t>Advocate Health</w:t>
      </w:r>
      <w:r w:rsidR="6D2A26C4">
        <w:rPr/>
        <w:t xml:space="preserve"> tab</w:t>
      </w:r>
      <w:r w:rsidR="653A3DD1">
        <w:rPr/>
        <w:t xml:space="preserve"> </w:t>
      </w:r>
      <w:r w:rsidR="6D2A26C4">
        <w:rPr/>
        <w:t>c</w:t>
      </w:r>
      <w:r w:rsidR="47E750F1">
        <w:rPr/>
        <w:t xml:space="preserve">an </w:t>
      </w:r>
      <w:r w:rsidR="4F124124">
        <w:rPr/>
        <w:t xml:space="preserve">be </w:t>
      </w:r>
      <w:r w:rsidR="47E750F1">
        <w:rPr/>
        <w:t>ke</w:t>
      </w:r>
      <w:r w:rsidR="6650A339">
        <w:rPr/>
        <w:t>pt</w:t>
      </w:r>
      <w:r w:rsidR="6996C2E8">
        <w:rPr/>
        <w:t xml:space="preserve">, </w:t>
      </w:r>
      <w:r w:rsidR="649E1490">
        <w:rPr/>
        <w:t>but</w:t>
      </w:r>
      <w:r w:rsidR="47E750F1">
        <w:rPr/>
        <w:t xml:space="preserve"> </w:t>
      </w:r>
      <w:r w:rsidR="66DCA13A">
        <w:rPr/>
        <w:t>L</w:t>
      </w:r>
      <w:r w:rsidR="5D7F4183">
        <w:rPr/>
        <w:t>aura</w:t>
      </w:r>
      <w:r w:rsidR="66DCA13A">
        <w:rPr/>
        <w:t xml:space="preserve"> Janssen </w:t>
      </w:r>
      <w:r w:rsidR="649E1490">
        <w:rPr/>
        <w:t>requested</w:t>
      </w:r>
      <w:r w:rsidR="47E750F1">
        <w:rPr/>
        <w:t xml:space="preserve"> </w:t>
      </w:r>
      <w:r w:rsidR="26856B04">
        <w:rPr/>
        <w:t>that</w:t>
      </w:r>
      <w:r w:rsidR="47E750F1">
        <w:rPr/>
        <w:t xml:space="preserve"> their other sites </w:t>
      </w:r>
      <w:r w:rsidR="126ACAD0">
        <w:rPr/>
        <w:t xml:space="preserve">be added below </w:t>
      </w:r>
      <w:r w:rsidR="4CBA7841">
        <w:rPr/>
        <w:t xml:space="preserve">this </w:t>
      </w:r>
      <w:r w:rsidR="47E750F1">
        <w:rPr/>
        <w:t>(i.e., Advocate Health: Aurora BayCare Medical Center</w:t>
      </w:r>
      <w:r w:rsidR="7CA9853A">
        <w:rPr/>
        <w:t>, etc.)</w:t>
      </w:r>
      <w:r w:rsidR="4D544DDA">
        <w:rPr/>
        <w:t xml:space="preserve">.  </w:t>
      </w:r>
    </w:p>
    <w:p w:rsidR="00E135E3" w:rsidP="2915A3C0" w:rsidRDefault="0077684A" w14:paraId="663ED4BC" w14:textId="2E9033C6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200" w:afterAutospacing="off" w:line="240" w:lineRule="auto"/>
        <w:ind w:right="0"/>
        <w:jc w:val="left"/>
        <w:rPr/>
      </w:pPr>
      <w:r w:rsidR="062E38CD">
        <w:rPr/>
        <w:t xml:space="preserve">Schools: </w:t>
      </w:r>
    </w:p>
    <w:p w:rsidR="00E135E3" w:rsidP="2915A3C0" w:rsidRDefault="0077684A" w14:paraId="0D2F0B98" w14:textId="2A455FC4">
      <w:pPr>
        <w:pStyle w:val="ListParagraph"/>
        <w:numPr>
          <w:ilvl w:val="1"/>
          <w:numId w:val="11"/>
        </w:numPr>
        <w:suppressLineNumbers w:val="0"/>
        <w:bidi w:val="0"/>
        <w:spacing w:before="0" w:beforeAutospacing="off" w:after="200" w:afterAutospacing="off" w:line="240" w:lineRule="auto"/>
        <w:ind w:left="1080" w:right="0" w:hanging="360"/>
        <w:jc w:val="left"/>
        <w:rPr/>
      </w:pPr>
      <w:r w:rsidR="062E38CD">
        <w:rPr/>
        <w:t xml:space="preserve">Rasmussen University will be removed from the list of educational institutions. </w:t>
      </w:r>
    </w:p>
    <w:p w:rsidR="00E135E3" w:rsidP="2915A3C0" w:rsidRDefault="0077684A" w14:paraId="5B4E926A" w14:textId="0CB3E916">
      <w:pPr>
        <w:pStyle w:val="ListParagraph"/>
        <w:numPr>
          <w:ilvl w:val="1"/>
          <w:numId w:val="11"/>
        </w:numPr>
        <w:suppressLineNumbers w:val="0"/>
        <w:bidi w:val="0"/>
        <w:spacing w:before="0" w:beforeAutospacing="off" w:after="200" w:afterAutospacing="off" w:line="240" w:lineRule="auto"/>
        <w:ind w:left="1080" w:right="0" w:hanging="360"/>
        <w:jc w:val="left"/>
        <w:rPr/>
      </w:pPr>
      <w:r w:rsidR="3B5AC5EC">
        <w:rPr/>
        <w:t>The group discussed reviewing representation from Lakeland University and the Medical College of Wisconsin.</w:t>
      </w:r>
    </w:p>
    <w:p w:rsidR="00E135E3" w:rsidP="2915A3C0" w:rsidRDefault="0077684A" w14:paraId="2D62F280" w14:textId="359D6239">
      <w:pPr>
        <w:pStyle w:val="Normal"/>
        <w:suppressLineNumbers w:val="0"/>
        <w:bidi w:val="0"/>
        <w:spacing w:before="0" w:beforeAutospacing="off" w:after="200" w:afterAutospacing="off" w:line="240" w:lineRule="auto"/>
        <w:ind w:right="0"/>
        <w:jc w:val="left"/>
      </w:pPr>
    </w:p>
    <w:p w:rsidR="00E135E3" w:rsidP="2915A3C0" w:rsidRDefault="0077684A" w14:paraId="4D740EB0" w14:textId="45C517F9">
      <w:pPr>
        <w:pStyle w:val="Normal"/>
        <w:suppressLineNumbers w:val="0"/>
        <w:bidi w:val="0"/>
        <w:spacing w:before="0" w:beforeAutospacing="off" w:after="200" w:afterAutospacing="off" w:line="240" w:lineRule="auto"/>
        <w:ind w:right="0"/>
        <w:jc w:val="left"/>
      </w:pPr>
    </w:p>
    <w:p w:rsidR="00E135E3" w:rsidP="2915A3C0" w:rsidRDefault="0077684A" w14:paraId="2F6800C1" w14:textId="3BDAD877">
      <w:pPr>
        <w:pStyle w:val="Normal"/>
        <w:suppressLineNumbers w:val="0"/>
        <w:bidi w:val="0"/>
        <w:spacing w:before="0" w:beforeAutospacing="off" w:after="200" w:afterAutospacing="off" w:line="240" w:lineRule="auto"/>
        <w:ind w:right="0"/>
        <w:jc w:val="left"/>
      </w:pPr>
    </w:p>
    <w:p w:rsidR="00E135E3" w:rsidP="2915A3C0" w:rsidRDefault="0077684A" w14:paraId="1C4B868F" w14:textId="163C6A5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="062E38CD">
        <w:rPr/>
        <w:t>Under the “Clinicals</w:t>
      </w:r>
      <w:r w:rsidR="4B8BA88A">
        <w:rPr/>
        <w:t xml:space="preserve"> </w:t>
      </w:r>
      <w:r w:rsidR="68CE1508">
        <w:rPr/>
        <w:t>&amp; Rotations” tab, Program Coordinator page:</w:t>
      </w:r>
    </w:p>
    <w:p w:rsidR="00E135E3" w:rsidP="2915A3C0" w:rsidRDefault="0077684A" w14:paraId="0CF20AFA" w14:textId="6E9681C8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200" w:afterAutospacing="off" w:line="240" w:lineRule="auto"/>
        <w:ind w:right="0"/>
        <w:jc w:val="left"/>
        <w:rPr/>
      </w:pPr>
      <w:r w:rsidR="3066D7A6">
        <w:rPr/>
        <w:t xml:space="preserve">Advocate Auroa: </w:t>
      </w:r>
      <w:r w:rsidR="4D544DDA">
        <w:rPr/>
        <w:t xml:space="preserve">Laura </w:t>
      </w:r>
      <w:r w:rsidR="5B67C983">
        <w:rPr/>
        <w:t xml:space="preserve">Janssen </w:t>
      </w:r>
      <w:r w:rsidR="4D544DDA">
        <w:rPr/>
        <w:t xml:space="preserve">will get the correct names to add.  </w:t>
      </w:r>
      <w:r w:rsidR="47E750F1">
        <w:rPr>
          <w:b w:val="0"/>
          <w:bCs w:val="0"/>
        </w:rPr>
        <w:t xml:space="preserve">Contact information updates were </w:t>
      </w:r>
      <w:r w:rsidR="47E750F1">
        <w:rPr>
          <w:b w:val="0"/>
          <w:bCs w:val="0"/>
        </w:rPr>
        <w:t>identified</w:t>
      </w:r>
      <w:r w:rsidR="47E750F1">
        <w:rPr>
          <w:b w:val="0"/>
          <w:bCs w:val="0"/>
        </w:rPr>
        <w:t xml:space="preserve">, including </w:t>
      </w:r>
      <w:r w:rsidR="47E750F1">
        <w:rPr>
          <w:b w:val="0"/>
          <w:bCs w:val="0"/>
        </w:rPr>
        <w:t>retirements</w:t>
      </w:r>
      <w:r w:rsidR="46BF1604">
        <w:rPr>
          <w:b w:val="0"/>
          <w:bCs w:val="0"/>
        </w:rPr>
        <w:t xml:space="preserve"> </w:t>
      </w:r>
      <w:r w:rsidR="47E750F1">
        <w:rPr>
          <w:b w:val="0"/>
          <w:bCs w:val="0"/>
        </w:rPr>
        <w:t xml:space="preserve">and personnel changes. </w:t>
      </w:r>
      <w:r w:rsidR="61BD3EA3">
        <w:rPr>
          <w:b w:val="0"/>
          <w:bCs w:val="0"/>
        </w:rPr>
        <w:t>Sandy</w:t>
      </w:r>
      <w:r w:rsidR="45E91CDE">
        <w:rPr>
          <w:b w:val="0"/>
          <w:bCs w:val="0"/>
        </w:rPr>
        <w:t xml:space="preserve"> Bundy has retired</w:t>
      </w:r>
      <w:r w:rsidR="1AA42C5D">
        <w:rPr>
          <w:b w:val="0"/>
          <w:bCs w:val="0"/>
        </w:rPr>
        <w:t>, and Nancy Niesing is retiring. Laura will email Sherri with updated</w:t>
      </w:r>
      <w:r w:rsidR="6362812D">
        <w:rPr>
          <w:b w:val="0"/>
          <w:bCs w:val="0"/>
        </w:rPr>
        <w:t xml:space="preserve"> informatio</w:t>
      </w:r>
      <w:r w:rsidR="6362812D">
        <w:rPr/>
        <w:t>n.</w:t>
      </w:r>
    </w:p>
    <w:p w:rsidR="00E135E3" w:rsidP="2915A3C0" w:rsidRDefault="0077684A" w14:paraId="4032D25E" w14:textId="7BAA83EC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200" w:afterAutospacing="off" w:line="240" w:lineRule="auto"/>
        <w:ind w:right="0"/>
        <w:jc w:val="left"/>
        <w:rPr/>
      </w:pPr>
      <w:r w:rsidR="6D6AD150">
        <w:rPr/>
        <w:t xml:space="preserve">Website </w:t>
      </w:r>
      <w:r w:rsidR="6D6AD150">
        <w:rPr/>
        <w:t>l</w:t>
      </w:r>
      <w:r w:rsidR="07043F3F">
        <w:rPr/>
        <w:t>inks</w:t>
      </w:r>
      <w:r w:rsidR="66A66BEF">
        <w:rPr/>
        <w:t xml:space="preserve">: </w:t>
      </w:r>
      <w:r w:rsidR="07043F3F">
        <w:rPr/>
        <w:t>Each owner to review and update as needed.</w:t>
      </w:r>
    </w:p>
    <w:p w:rsidRPr="00A12A70" w:rsidR="00BF283A" w:rsidP="2915A3C0" w:rsidRDefault="00000000" w14:paraId="15AB9B05" w14:textId="77777777">
      <w:pPr>
        <w:spacing w:after="0" w:afterAutospacing="off" w:line="240" w:lineRule="auto"/>
      </w:pPr>
      <w:r w:rsidRPr="2915A3C0" w:rsidR="675D422F">
        <w:rPr>
          <w:b w:val="1"/>
          <w:bCs w:val="1"/>
        </w:rPr>
        <w:t>Clinicals and Rotations Section Review</w:t>
      </w:r>
    </w:p>
    <w:p w:rsidRPr="00A12A70" w:rsidR="00BF283A" w:rsidP="2915A3C0" w:rsidRDefault="00000000" w14:paraId="7366BE78" w14:textId="2FB38E48">
      <w:pPr>
        <w:pStyle w:val="Normal"/>
        <w:suppressLineNumbers w:val="0"/>
        <w:bidi w:val="0"/>
        <w:spacing w:before="0" w:beforeAutospacing="off" w:after="200" w:afterAutospacing="off" w:line="240" w:lineRule="auto"/>
        <w:ind w:left="0" w:right="0"/>
        <w:jc w:val="left"/>
      </w:pPr>
      <w:r w:rsidR="675D422F">
        <w:rPr/>
        <w:t xml:space="preserve">Members reviewed the pre-clinical, clinical, and post-clinical sections. Kelly Verhasselt raised concerns about the clarity of the clinical placement process and suggested simplifying the workflow and </w:t>
      </w:r>
      <w:r w:rsidR="798DA7DB">
        <w:rPr/>
        <w:t xml:space="preserve">more clearly defining responsibilities </w:t>
      </w:r>
      <w:r w:rsidR="675D422F">
        <w:rPr/>
        <w:t>for schools, students, and healthcare organizations.</w:t>
      </w:r>
      <w:r w:rsidR="7A50DCDF">
        <w:rPr/>
        <w:t xml:space="preserve"> A work</w:t>
      </w:r>
      <w:r w:rsidR="37996714">
        <w:rPr/>
        <w:t xml:space="preserve"> </w:t>
      </w:r>
      <w:r w:rsidR="7A50DCDF">
        <w:rPr/>
        <w:t>group of Kelly Verhasselt, Carrie Karz, Laura Janssen, Aly</w:t>
      </w:r>
      <w:r w:rsidR="21F5F383">
        <w:rPr/>
        <w:t xml:space="preserve"> Mueller,</w:t>
      </w:r>
      <w:r w:rsidR="7A50DCDF">
        <w:rPr/>
        <w:t xml:space="preserve"> and Jenn Leonard will update </w:t>
      </w:r>
      <w:r w:rsidR="69799DC6">
        <w:rPr/>
        <w:t>the Steps under the Preclinical section.</w:t>
      </w:r>
    </w:p>
    <w:p w:rsidRPr="00A12A70" w:rsidR="00BF283A" w:rsidP="2915A3C0" w:rsidRDefault="00000000" w14:paraId="47A5EF83" w14:textId="77777777">
      <w:pPr>
        <w:spacing w:after="0" w:afterAutospacing="off" w:line="240" w:lineRule="auto"/>
      </w:pPr>
      <w:r w:rsidRPr="2915A3C0" w:rsidR="675D422F">
        <w:rPr>
          <w:b w:val="1"/>
          <w:bCs w:val="1"/>
        </w:rPr>
        <w:t>Website Navigation Improvements</w:t>
      </w:r>
    </w:p>
    <w:p w:rsidRPr="00A12A70" w:rsidR="00BF283A" w:rsidP="2915A3C0" w:rsidRDefault="00000000" w14:paraId="43E26069" w14:textId="26DC2222">
      <w:pPr>
        <w:spacing w:line="240" w:lineRule="auto"/>
      </w:pPr>
      <w:r w:rsidR="675D422F">
        <w:rPr/>
        <w:t xml:space="preserve">Suggestions included moving the post-clinical section to the bottom of the page and </w:t>
      </w:r>
      <w:r w:rsidR="45A5F680">
        <w:rPr/>
        <w:t xml:space="preserve">adding a table of contents or hyperlinks at the top </w:t>
      </w:r>
      <w:r w:rsidR="675D422F">
        <w:rPr/>
        <w:t>to improve navigation. Brian Krogh agreed to explore options for implementing hyperlinks.</w:t>
      </w:r>
      <w:r w:rsidR="344FCA14">
        <w:rPr/>
        <w:t xml:space="preserve">  Chris Vandenhouten will see </w:t>
      </w:r>
      <w:r w:rsidR="574AEB87">
        <w:rPr/>
        <w:t>whether a student can help with the reorganization.</w:t>
      </w:r>
    </w:p>
    <w:p w:rsidRPr="00A12A70" w:rsidR="00BF283A" w:rsidP="2915A3C0" w:rsidRDefault="00000000" w14:paraId="5E998498" w14:textId="77777777">
      <w:pPr>
        <w:spacing w:after="0" w:afterAutospacing="off" w:line="240" w:lineRule="auto"/>
      </w:pPr>
      <w:r w:rsidRPr="2915A3C0" w:rsidR="675D422F">
        <w:rPr>
          <w:b w:val="1"/>
          <w:bCs w:val="1"/>
        </w:rPr>
        <w:t>Forms and Resources Review</w:t>
      </w:r>
    </w:p>
    <w:p w:rsidR="00BF283A" w:rsidP="2915A3C0" w:rsidRDefault="00000000" w14:paraId="42809D00" w14:textId="5CB8D294">
      <w:pPr>
        <w:pStyle w:val="Normal"/>
        <w:suppressLineNumbers w:val="0"/>
        <w:bidi w:val="0"/>
        <w:spacing w:before="0" w:beforeAutospacing="off" w:after="200" w:afterAutospacing="off" w:line="240" w:lineRule="auto"/>
        <w:ind w:left="0" w:right="0"/>
        <w:jc w:val="left"/>
      </w:pPr>
      <w:r w:rsidR="675D422F">
        <w:rPr/>
        <w:t xml:space="preserve">Forms were </w:t>
      </w:r>
      <w:r w:rsidR="6261BD3B">
        <w:rPr/>
        <w:t xml:space="preserve">previously </w:t>
      </w:r>
      <w:r w:rsidR="675D422F">
        <w:rPr/>
        <w:t>reviewed</w:t>
      </w:r>
      <w:r w:rsidR="45A5F680">
        <w:rPr/>
        <w:t>,</w:t>
      </w:r>
      <w:r w:rsidR="675D422F">
        <w:rPr/>
        <w:t xml:space="preserve"> and dates </w:t>
      </w:r>
      <w:r w:rsidR="7F5352F2">
        <w:rPr/>
        <w:t xml:space="preserve">were </w:t>
      </w:r>
      <w:r w:rsidR="675D422F">
        <w:rPr/>
        <w:t>updated to reflect 2026 reviews</w:t>
      </w:r>
      <w:r w:rsidR="53C87DE0">
        <w:rPr/>
        <w:t xml:space="preserve">; however, any </w:t>
      </w:r>
      <w:r w:rsidR="2C97CA44">
        <w:rPr/>
        <w:t>references to forms</w:t>
      </w:r>
      <w:r w:rsidR="53C87DE0">
        <w:rPr/>
        <w:t xml:space="preserve"> in the Precli</w:t>
      </w:r>
      <w:r w:rsidR="4CEA3DAB">
        <w:rPr/>
        <w:t>nical Steps 1-3 will be updated</w:t>
      </w:r>
      <w:r w:rsidR="675D422F">
        <w:rPr/>
        <w:t>. Members were asked to verify organizational content, links, computer training information, Epic resource sheets, and orientation materials.</w:t>
      </w:r>
      <w:r w:rsidR="4FB60868">
        <w:rPr/>
        <w:t xml:space="preserve"> </w:t>
      </w:r>
    </w:p>
    <w:p w:rsidRPr="00A12A70" w:rsidR="00DA1762" w:rsidP="2915A3C0" w:rsidRDefault="00DA1762" w14:paraId="385CDAF3" w14:textId="705EA60F">
      <w:pPr>
        <w:spacing w:line="240" w:lineRule="auto"/>
      </w:pPr>
      <w:r w:rsidR="4FB60868">
        <w:rPr/>
        <w:t>Student assignments: Remove Ras</w:t>
      </w:r>
      <w:r w:rsidR="231CC244">
        <w:rPr/>
        <w:t>smusen</w:t>
      </w:r>
      <w:r w:rsidR="1CCA96E0">
        <w:rPr/>
        <w:t xml:space="preserve">.  </w:t>
      </w:r>
      <w:r w:rsidR="1CCA96E0">
        <w:rPr/>
        <w:t xml:space="preserve">Chris </w:t>
      </w:r>
      <w:r w:rsidR="118BA4B4">
        <w:rPr/>
        <w:t>Vandenhouten</w:t>
      </w:r>
      <w:r w:rsidR="118BA4B4">
        <w:rPr/>
        <w:t xml:space="preserve"> </w:t>
      </w:r>
      <w:r w:rsidR="1CCA96E0">
        <w:rPr/>
        <w:t>will update UWGB’s assignment sheet</w:t>
      </w:r>
      <w:r w:rsidR="681E1D26">
        <w:rPr/>
        <w:t xml:space="preserve"> to include the </w:t>
      </w:r>
      <w:r w:rsidR="681E1D26">
        <w:rPr/>
        <w:t>school's</w:t>
      </w:r>
      <w:r w:rsidR="681E1D26">
        <w:rPr/>
        <w:t xml:space="preserve"> main contact informatio</w:t>
      </w:r>
      <w:r w:rsidR="2E04326E">
        <w:rPr/>
        <w:t>n</w:t>
      </w:r>
      <w:r w:rsidR="681E1D26">
        <w:rPr/>
        <w:t>.</w:t>
      </w:r>
    </w:p>
    <w:p w:rsidRPr="00A12A70" w:rsidR="00BF283A" w:rsidP="2915A3C0" w:rsidRDefault="00000000" w14:paraId="6413333C" w14:textId="1F05B462">
      <w:pPr>
        <w:spacing w:after="0" w:afterAutospacing="off" w:line="240" w:lineRule="auto"/>
        <w:rPr>
          <w:b w:val="1"/>
          <w:bCs w:val="1"/>
        </w:rPr>
      </w:pPr>
      <w:r w:rsidRPr="2915A3C0" w:rsidR="4994FE33">
        <w:rPr>
          <w:b w:val="1"/>
          <w:bCs w:val="1"/>
        </w:rPr>
        <w:t>Clinical Instructors Annual Update page</w:t>
      </w:r>
    </w:p>
    <w:p w:rsidRPr="00A12A70" w:rsidR="00BF283A" w:rsidP="2915A3C0" w:rsidRDefault="00000000" w14:paraId="08103F3F" w14:textId="7DE06C80">
      <w:pPr>
        <w:pStyle w:val="ListParagraph"/>
        <w:numPr>
          <w:ilvl w:val="0"/>
          <w:numId w:val="13"/>
        </w:numPr>
        <w:spacing w:line="240" w:lineRule="auto"/>
        <w:rPr>
          <w:b w:val="0"/>
          <w:bCs w:val="0"/>
        </w:rPr>
      </w:pPr>
      <w:r w:rsidR="4994FE33">
        <w:rPr>
          <w:b w:val="0"/>
          <w:bCs w:val="0"/>
        </w:rPr>
        <w:t>The date of the 2026 annual update will be added.</w:t>
      </w:r>
    </w:p>
    <w:p w:rsidRPr="00A12A70" w:rsidR="00BF283A" w:rsidP="2915A3C0" w:rsidRDefault="00000000" w14:paraId="18F09D4B" w14:textId="35AC5AD6">
      <w:pPr>
        <w:pStyle w:val="ListParagraph"/>
        <w:numPr>
          <w:ilvl w:val="0"/>
          <w:numId w:val="13"/>
        </w:numPr>
        <w:spacing w:line="240" w:lineRule="auto"/>
        <w:rPr>
          <w:b w:val="0"/>
          <w:bCs w:val="0"/>
        </w:rPr>
      </w:pPr>
      <w:r w:rsidR="425F190F">
        <w:rPr>
          <w:b w:val="0"/>
          <w:bCs w:val="0"/>
        </w:rPr>
        <w:t xml:space="preserve">Contacts: Rasmussen will be removed from the list. </w:t>
      </w:r>
    </w:p>
    <w:p w:rsidRPr="00A12A70" w:rsidR="00BF283A" w:rsidP="2915A3C0" w:rsidRDefault="00000000" w14:paraId="191FB7EA" w14:textId="31D05EE3">
      <w:pPr>
        <w:spacing w:after="0" w:afterAutospacing="off" w:line="240" w:lineRule="auto"/>
        <w:rPr>
          <w:b w:val="1"/>
          <w:bCs w:val="1"/>
        </w:rPr>
      </w:pPr>
      <w:r w:rsidRPr="2915A3C0" w:rsidR="2FFD8262">
        <w:rPr>
          <w:b w:val="1"/>
          <w:bCs w:val="1"/>
        </w:rPr>
        <w:t>Career Exploration Page</w:t>
      </w:r>
    </w:p>
    <w:p w:rsidRPr="00A12A70" w:rsidR="00BF283A" w:rsidP="2915A3C0" w:rsidRDefault="00000000" w14:paraId="2888FEAE" w14:textId="1AE43B92">
      <w:pPr>
        <w:spacing w:line="240" w:lineRule="auto"/>
        <w:rPr>
          <w:b w:val="0"/>
          <w:bCs w:val="0"/>
        </w:rPr>
      </w:pPr>
      <w:r w:rsidR="2FFD8262">
        <w:rPr>
          <w:b w:val="0"/>
          <w:bCs w:val="0"/>
        </w:rPr>
        <w:t>Sherri Hanrahan w</w:t>
      </w:r>
      <w:r w:rsidR="43C986D6">
        <w:rPr>
          <w:b w:val="0"/>
          <w:bCs w:val="0"/>
        </w:rPr>
        <w:t xml:space="preserve">ould like to add a </w:t>
      </w:r>
      <w:r w:rsidR="2FFD8262">
        <w:rPr>
          <w:b w:val="0"/>
          <w:bCs w:val="0"/>
        </w:rPr>
        <w:t xml:space="preserve">link to the Bellin </w:t>
      </w:r>
      <w:r w:rsidR="48E692C2">
        <w:rPr>
          <w:b w:val="0"/>
          <w:bCs w:val="0"/>
        </w:rPr>
        <w:t xml:space="preserve">College Hands on Healthcare information. </w:t>
      </w:r>
      <w:r w:rsidR="4A560C6A">
        <w:rPr>
          <w:b w:val="0"/>
          <w:bCs w:val="0"/>
        </w:rPr>
        <w:t>The current WI Healthcare Careers link was not active; however, the active link was added.</w:t>
      </w:r>
    </w:p>
    <w:p w:rsidRPr="00A12A70" w:rsidR="00BF283A" w:rsidP="2915A3C0" w:rsidRDefault="00000000" w14:paraId="5B13E469" w14:textId="40EC89EA">
      <w:pPr>
        <w:pStyle w:val="Normal"/>
        <w:spacing w:after="0" w:afterAutospacing="off" w:line="240" w:lineRule="auto"/>
        <w:rPr>
          <w:b w:val="1"/>
          <w:bCs w:val="1"/>
        </w:rPr>
      </w:pPr>
      <w:r w:rsidRPr="2915A3C0" w:rsidR="675D422F">
        <w:rPr>
          <w:b w:val="1"/>
          <w:bCs w:val="1"/>
        </w:rPr>
        <w:t>Clinical Instructor Annual Update Planning</w:t>
      </w:r>
    </w:p>
    <w:p w:rsidR="00BF283A" w:rsidP="2915A3C0" w:rsidRDefault="00000000" w14:paraId="252E8110" w14:textId="00C8AA89">
      <w:pPr>
        <w:pStyle w:val="Normal"/>
        <w:spacing w:line="240" w:lineRule="auto"/>
      </w:pPr>
      <w:r w:rsidR="675D422F">
        <w:rPr/>
        <w:t xml:space="preserve">The group discussed planning for the annual Clinical Instructor Update and </w:t>
      </w:r>
      <w:r w:rsidR="675D422F">
        <w:rPr/>
        <w:t>identified</w:t>
      </w:r>
      <w:r w:rsidR="675D422F">
        <w:rPr/>
        <w:t xml:space="preserve"> Friday, August 14, </w:t>
      </w:r>
      <w:r w:rsidR="430C1472">
        <w:rPr/>
        <w:t xml:space="preserve">2026, </w:t>
      </w:r>
      <w:r w:rsidR="430C1472">
        <w:rPr/>
        <w:t>from</w:t>
      </w:r>
      <w:r w:rsidR="3B45C09B">
        <w:rPr/>
        <w:t xml:space="preserve"> 0830-1030.</w:t>
      </w:r>
      <w:r w:rsidR="797A4D19">
        <w:rPr/>
        <w:t xml:space="preserve">  </w:t>
      </w:r>
      <w:r w:rsidR="797A4D19">
        <w:rPr/>
        <w:t xml:space="preserve">Sherri will send </w:t>
      </w:r>
      <w:r w:rsidR="430C1472">
        <w:rPr/>
        <w:t>the PPT and the agenda</w:t>
      </w:r>
      <w:r w:rsidR="797A4D19">
        <w:rPr/>
        <w:t xml:space="preserve"> </w:t>
      </w:r>
      <w:r w:rsidR="5AA01BAA">
        <w:rPr/>
        <w:t xml:space="preserve">to the presenters </w:t>
      </w:r>
      <w:r w:rsidR="430C1472">
        <w:rPr/>
        <w:t>so we</w:t>
      </w:r>
      <w:r w:rsidR="6ACC65A6">
        <w:rPr/>
        <w:t xml:space="preserve"> </w:t>
      </w:r>
      <w:r w:rsidR="430C1472">
        <w:rPr/>
        <w:t>can</w:t>
      </w:r>
      <w:r w:rsidR="797A4D19">
        <w:rPr/>
        <w:t xml:space="preserve"> update our</w:t>
      </w:r>
      <w:r w:rsidR="430C1472">
        <w:rPr/>
        <w:t xml:space="preserve"> sections.</w:t>
      </w:r>
      <w:r w:rsidR="430C1472">
        <w:rPr/>
        <w:t xml:space="preserve">  Due July 31</w:t>
      </w:r>
      <w:r w:rsidRPr="2915A3C0" w:rsidR="430C1472">
        <w:rPr>
          <w:vertAlign w:val="superscript"/>
        </w:rPr>
        <w:t>st</w:t>
      </w:r>
      <w:r w:rsidR="430C1472">
        <w:rPr/>
        <w:t xml:space="preserve">. </w:t>
      </w:r>
    </w:p>
    <w:p w:rsidR="00400234" w:rsidP="2915A3C0" w:rsidRDefault="000835BE" w14:paraId="2F5B80BE" w14:textId="1853740E">
      <w:pPr>
        <w:spacing w:after="0" w:afterAutospacing="off" w:line="240" w:lineRule="auto"/>
      </w:pPr>
      <w:r w:rsidRPr="2915A3C0" w:rsidR="63F34C2E">
        <w:rPr>
          <w:b w:val="1"/>
          <w:bCs w:val="1"/>
        </w:rPr>
        <w:t xml:space="preserve">Clinical Experience and </w:t>
      </w:r>
      <w:r w:rsidRPr="2915A3C0" w:rsidR="266657F1">
        <w:rPr>
          <w:b w:val="1"/>
          <w:bCs w:val="1"/>
        </w:rPr>
        <w:t>Engagement</w:t>
      </w:r>
      <w:r w:rsidRPr="2915A3C0" w:rsidR="63F34C2E">
        <w:rPr>
          <w:b w:val="1"/>
          <w:bCs w:val="1"/>
        </w:rPr>
        <w:t xml:space="preserve"> </w:t>
      </w:r>
      <w:r w:rsidRPr="2915A3C0" w:rsidR="266657F1">
        <w:rPr>
          <w:b w:val="1"/>
          <w:bCs w:val="1"/>
        </w:rPr>
        <w:t>Committee Meeting</w:t>
      </w:r>
      <w:r w:rsidRPr="2915A3C0" w:rsidR="266657F1">
        <w:rPr>
          <w:b w:val="1"/>
          <w:bCs w:val="1"/>
        </w:rPr>
        <w:t xml:space="preserve"> (New North Alliance)</w:t>
      </w:r>
    </w:p>
    <w:p w:rsidR="00B25E86" w:rsidP="2915A3C0" w:rsidRDefault="00B25E86" w14:paraId="69DE14E6" w14:textId="44FBBC17">
      <w:pPr>
        <w:spacing w:after="0" w:afterAutospacing="off" w:line="240" w:lineRule="auto"/>
      </w:pPr>
      <w:r w:rsidR="266657F1">
        <w:rPr/>
        <w:t>Looking for agencies to join</w:t>
      </w:r>
      <w:r w:rsidR="1BDE546C">
        <w:rPr/>
        <w:t xml:space="preserve"> to represent nursing and Allied Health</w:t>
      </w:r>
      <w:r w:rsidR="266657F1">
        <w:rPr/>
        <w:t>.  Sarah Hutchinson shared the three committee</w:t>
      </w:r>
      <w:r w:rsidR="384B700E">
        <w:rPr/>
        <w:t xml:space="preserve"> meetings</w:t>
      </w:r>
      <w:r w:rsidR="4B3C1B90">
        <w:rPr/>
        <w:t xml:space="preserve"> and </w:t>
      </w:r>
      <w:r w:rsidR="384B700E">
        <w:rPr/>
        <w:t>their meeting days</w:t>
      </w:r>
      <w:r w:rsidR="4B3C1B90">
        <w:rPr/>
        <w:t>.</w:t>
      </w:r>
    </w:p>
    <w:p w:rsidR="00F930A4" w:rsidP="2915A3C0" w:rsidRDefault="003C790A" w14:paraId="3F58B4BE" w14:textId="5BE5DDE2">
      <w:pPr>
        <w:pStyle w:val="ListParagraph"/>
        <w:numPr>
          <w:ilvl w:val="0"/>
          <w:numId w:val="10"/>
        </w:numPr>
        <w:spacing w:line="240" w:lineRule="auto"/>
        <w:rPr/>
      </w:pPr>
      <w:r w:rsidR="5D5719BA">
        <w:rPr/>
        <w:t xml:space="preserve">Healthcare </w:t>
      </w:r>
      <w:r w:rsidR="1940672E">
        <w:rPr/>
        <w:t>talent attraction</w:t>
      </w:r>
      <w:r w:rsidR="62992A5A">
        <w:rPr/>
        <w:t>, development, and retention- 2</w:t>
      </w:r>
      <w:r w:rsidRPr="2915A3C0" w:rsidR="62992A5A">
        <w:rPr>
          <w:vertAlign w:val="superscript"/>
        </w:rPr>
        <w:t>nd</w:t>
      </w:r>
      <w:r w:rsidR="62992A5A">
        <w:rPr/>
        <w:t xml:space="preserve"> Wednesday of the month-10 am</w:t>
      </w:r>
      <w:r w:rsidR="4B76030E">
        <w:rPr/>
        <w:t>-11 am</w:t>
      </w:r>
    </w:p>
    <w:p w:rsidR="00522FF3" w:rsidP="2915A3C0" w:rsidRDefault="00522FF3" w14:paraId="2B9A70D5" w14:textId="7B153238">
      <w:pPr>
        <w:pStyle w:val="ListParagraph"/>
        <w:numPr>
          <w:ilvl w:val="0"/>
          <w:numId w:val="10"/>
        </w:numPr>
        <w:spacing w:line="240" w:lineRule="auto"/>
        <w:rPr/>
      </w:pPr>
      <w:r w:rsidR="4B76030E">
        <w:rPr/>
        <w:t>Clinical Experience and Engagement- 3</w:t>
      </w:r>
      <w:r w:rsidRPr="2915A3C0" w:rsidR="4B76030E">
        <w:rPr>
          <w:vertAlign w:val="superscript"/>
        </w:rPr>
        <w:t>rd</w:t>
      </w:r>
      <w:r w:rsidR="4B76030E">
        <w:rPr/>
        <w:t xml:space="preserve"> Wednesday of the month-</w:t>
      </w:r>
      <w:r w:rsidR="20E98D7E">
        <w:rPr/>
        <w:t xml:space="preserve"> 9 am -10 am</w:t>
      </w:r>
    </w:p>
    <w:p w:rsidR="005224B5" w:rsidP="2915A3C0" w:rsidRDefault="005224B5" w14:paraId="3322C714" w14:textId="54919A1E">
      <w:pPr>
        <w:pStyle w:val="ListParagraph"/>
        <w:numPr>
          <w:ilvl w:val="0"/>
          <w:numId w:val="10"/>
        </w:numPr>
        <w:spacing w:line="240" w:lineRule="auto"/>
        <w:rPr/>
      </w:pPr>
      <w:r w:rsidR="20E98D7E">
        <w:rPr/>
        <w:t>K-12 Committee-Healthcare Career Exploration and Pathways-</w:t>
      </w:r>
      <w:r w:rsidR="0ED1E575">
        <w:rPr/>
        <w:t xml:space="preserve"> 3</w:t>
      </w:r>
      <w:r w:rsidRPr="2915A3C0" w:rsidR="0ED1E575">
        <w:rPr>
          <w:vertAlign w:val="superscript"/>
        </w:rPr>
        <w:t>rd</w:t>
      </w:r>
      <w:r w:rsidR="0ED1E575">
        <w:rPr/>
        <w:t xml:space="preserve"> Monday of the month- Noon- 1 pm</w:t>
      </w:r>
    </w:p>
    <w:p w:rsidRPr="00B25E86" w:rsidR="00011B11" w:rsidP="2915A3C0" w:rsidRDefault="00226226" w14:paraId="37F9CADC" w14:textId="6A0DE199">
      <w:pPr>
        <w:spacing w:line="240" w:lineRule="auto"/>
      </w:pPr>
      <w:r w:rsidR="384B700E">
        <w:rPr/>
        <w:t>Anyone</w:t>
      </w:r>
      <w:r w:rsidR="0ED1E575">
        <w:rPr/>
        <w:t xml:space="preserve"> interested in joining</w:t>
      </w:r>
      <w:r w:rsidR="384B700E">
        <w:rPr/>
        <w:t>,</w:t>
      </w:r>
      <w:r w:rsidR="0ED1E575">
        <w:rPr/>
        <w:t xml:space="preserve"> please reach </w:t>
      </w:r>
      <w:r w:rsidR="384B700E">
        <w:rPr/>
        <w:t xml:space="preserve">out </w:t>
      </w:r>
      <w:r w:rsidR="0ED1E575">
        <w:rPr/>
        <w:t>to Sarah Hutch</w:t>
      </w:r>
      <w:r w:rsidR="384B700E">
        <w:rPr/>
        <w:t>inson (</w:t>
      </w:r>
      <w:hyperlink r:id="R535987a6e0044122">
        <w:r w:rsidRPr="2915A3C0" w:rsidR="00E6935B">
          <w:rPr>
            <w:rStyle w:val="Hyperlink"/>
          </w:rPr>
          <w:t>sarah.hutchinson.pm@gmail.com</w:t>
        </w:r>
      </w:hyperlink>
      <w:r w:rsidR="00E6935B">
        <w:rPr/>
        <w:t>)</w:t>
      </w:r>
      <w:r w:rsidR="49DAA908">
        <w:rPr/>
        <w:t xml:space="preserve">.  </w:t>
      </w:r>
    </w:p>
    <w:p w:rsidR="2915A3C0" w:rsidP="2915A3C0" w:rsidRDefault="2915A3C0" w14:paraId="5664F8B8" w14:textId="00DF50E9">
      <w:pPr>
        <w:pStyle w:val="Heading2"/>
        <w:spacing w:line="240" w:lineRule="auto"/>
        <w:rPr>
          <w:color w:val="auto"/>
        </w:rPr>
      </w:pPr>
    </w:p>
    <w:p w:rsidR="2915A3C0" w:rsidP="2915A3C0" w:rsidRDefault="2915A3C0" w14:paraId="2EF24CB3" w14:textId="337D35AC">
      <w:pPr>
        <w:pStyle w:val="Heading2"/>
        <w:spacing w:line="240" w:lineRule="auto"/>
        <w:rPr>
          <w:color w:val="auto"/>
        </w:rPr>
      </w:pPr>
    </w:p>
    <w:p w:rsidRPr="00A12A70" w:rsidR="00BF283A" w:rsidP="2915A3C0" w:rsidRDefault="00000000" w14:paraId="041A1264" w14:textId="77777777">
      <w:pPr>
        <w:pStyle w:val="Heading2"/>
        <w:spacing w:line="240" w:lineRule="auto"/>
        <w:rPr>
          <w:color w:val="auto"/>
        </w:rPr>
      </w:pPr>
      <w:r w:rsidRPr="2915A3C0" w:rsidR="675D422F">
        <w:rPr>
          <w:color w:val="auto"/>
        </w:rPr>
        <w:t>Action Items</w:t>
      </w:r>
    </w:p>
    <w:p w:rsidRPr="00A12A70" w:rsidR="00BF283A" w:rsidP="2915A3C0" w:rsidRDefault="00B52ADF" w14:paraId="7740360E" w14:textId="2A735FC0">
      <w:pPr>
        <w:pStyle w:val="ListBullet"/>
        <w:spacing w:line="240" w:lineRule="auto"/>
        <w:rPr/>
      </w:pPr>
      <w:r w:rsidR="639BFACA">
        <w:rPr/>
        <w:t xml:space="preserve">Send any </w:t>
      </w:r>
      <w:r w:rsidR="3B99F992">
        <w:rPr/>
        <w:t xml:space="preserve">spreadsheet </w:t>
      </w:r>
      <w:r w:rsidR="639BFACA">
        <w:rPr/>
        <w:t>contact update</w:t>
      </w:r>
      <w:r w:rsidR="69506FDB">
        <w:rPr/>
        <w:t xml:space="preserve">s to </w:t>
      </w:r>
      <w:r w:rsidR="639BFACA">
        <w:rPr/>
        <w:t>Sherri Hanrahan</w:t>
      </w:r>
      <w:r w:rsidR="69506FDB">
        <w:rPr/>
        <w:t>.  Sherri will</w:t>
      </w:r>
      <w:r w:rsidR="639BFACA">
        <w:rPr/>
        <w:t xml:space="preserve"> update the website contact information and make identified content revisions.</w:t>
      </w:r>
    </w:p>
    <w:p w:rsidRPr="00A12A70" w:rsidR="00BF283A" w:rsidP="2915A3C0" w:rsidRDefault="00000000" w14:paraId="7566ABF9" w14:textId="77777777">
      <w:pPr>
        <w:pStyle w:val="ListBullet"/>
        <w:spacing w:line="240" w:lineRule="auto"/>
        <w:rPr/>
      </w:pPr>
      <w:r w:rsidR="675D422F">
        <w:rPr/>
        <w:t>Laura Janssen to provide updated Advocate Health contact information and regional facility references.</w:t>
      </w:r>
    </w:p>
    <w:p w:rsidRPr="00A12A70" w:rsidR="00BF283A" w:rsidP="2915A3C0" w:rsidRDefault="00000000" w14:paraId="7EE05714" w14:textId="77777777">
      <w:pPr>
        <w:pStyle w:val="ListBullet"/>
        <w:spacing w:line="240" w:lineRule="auto"/>
        <w:rPr/>
      </w:pPr>
      <w:r w:rsidR="675D422F">
        <w:rPr/>
        <w:t>Members to review organization-specific links, resources, and content and submit corrections.</w:t>
      </w:r>
    </w:p>
    <w:p w:rsidRPr="00A12A70" w:rsidR="00BF283A" w:rsidP="2915A3C0" w:rsidRDefault="00000000" w14:paraId="7F79A28F" w14:textId="77777777">
      <w:pPr>
        <w:pStyle w:val="ListBullet"/>
        <w:spacing w:line="240" w:lineRule="auto"/>
        <w:rPr/>
      </w:pPr>
      <w:r w:rsidR="675D422F">
        <w:rPr/>
        <w:t>Kelly Verhasselt, Jenn Leonard, Carrie Karcz, and colleagues to meet and recommend revisions to the clinical placement workflow language.</w:t>
      </w:r>
    </w:p>
    <w:p w:rsidRPr="00A12A70" w:rsidR="00BF283A" w:rsidP="2915A3C0" w:rsidRDefault="00000000" w14:paraId="785E315F" w14:textId="106C72A8">
      <w:pPr>
        <w:pStyle w:val="ListBullet"/>
        <w:spacing w:line="240" w:lineRule="auto"/>
        <w:rPr/>
      </w:pPr>
      <w:r w:rsidR="675D422F">
        <w:rPr/>
        <w:t>Brian Krogh to investigate adding navigation hyperlinks and reorganizing website sections.</w:t>
      </w:r>
      <w:r w:rsidR="18616387">
        <w:rPr/>
        <w:t xml:space="preserve">  Chris </w:t>
      </w:r>
      <w:r w:rsidR="344FCA14">
        <w:rPr/>
        <w:t>Vandenhouten</w:t>
      </w:r>
      <w:r w:rsidR="36D5BD1F">
        <w:rPr/>
        <w:t xml:space="preserve"> will see if there might be a student </w:t>
      </w:r>
      <w:r w:rsidR="344FCA14">
        <w:rPr/>
        <w:t>who</w:t>
      </w:r>
      <w:r w:rsidR="36D5BD1F">
        <w:rPr/>
        <w:t xml:space="preserve"> could help to redo the website to have </w:t>
      </w:r>
      <w:r w:rsidR="344FCA14">
        <w:rPr/>
        <w:t>separate</w:t>
      </w:r>
      <w:r w:rsidR="36D5BD1F">
        <w:rPr/>
        <w:t xml:space="preserve"> pre/post clinical </w:t>
      </w:r>
      <w:r w:rsidR="344FCA14">
        <w:rPr/>
        <w:t>pages.</w:t>
      </w:r>
    </w:p>
    <w:p w:rsidRPr="00A12A70" w:rsidR="00BF283A" w:rsidP="2915A3C0" w:rsidRDefault="00000000" w14:paraId="5098F93B" w14:textId="64A98BC9">
      <w:pPr>
        <w:pStyle w:val="ListBullet"/>
        <w:spacing w:line="240" w:lineRule="auto"/>
        <w:rPr/>
      </w:pPr>
      <w:r w:rsidR="675D422F">
        <w:rPr/>
        <w:t xml:space="preserve">All members </w:t>
      </w:r>
      <w:r w:rsidR="4E24B13D">
        <w:rPr/>
        <w:t>review</w:t>
      </w:r>
      <w:r w:rsidR="675D422F">
        <w:rPr/>
        <w:t xml:space="preserve"> Epic resource sheets and training information before the June meeting.</w:t>
      </w:r>
    </w:p>
    <w:p w:rsidR="00BF283A" w:rsidP="2915A3C0" w:rsidRDefault="00000000" w14:paraId="179E1FAF" w14:textId="77777777">
      <w:pPr>
        <w:pStyle w:val="ListBullet"/>
        <w:spacing w:line="240" w:lineRule="auto"/>
        <w:rPr/>
      </w:pPr>
      <w:r w:rsidR="675D422F">
        <w:rPr/>
        <w:t>Finalize the date for the 2026 Clinical Instructor Annual Update.</w:t>
      </w:r>
    </w:p>
    <w:p w:rsidR="00DA2EF0" w:rsidP="2915A3C0" w:rsidRDefault="00DA2EF0" w14:paraId="094FBC7F" w14:textId="77777777">
      <w:pPr>
        <w:pStyle w:val="ListBullet"/>
        <w:numPr>
          <w:ilvl w:val="0"/>
          <w:numId w:val="0"/>
        </w:numPr>
        <w:spacing w:line="240" w:lineRule="auto"/>
        <w:ind w:left="360" w:hanging="360"/>
      </w:pPr>
    </w:p>
    <w:p w:rsidRPr="00A12A70" w:rsidR="00DA2EF0" w:rsidP="2915A3C0" w:rsidRDefault="00A9300D" w14:paraId="1FC501D3" w14:textId="5E6B5DF2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Calibri" w:hAnsi="Calibri" w:eastAsia="Calibri" w:cs="Calibri" w:asciiTheme="majorAscii" w:hAnsiTheme="majorAscii" w:eastAsiaTheme="majorAscii" w:cstheme="majorAscii"/>
        </w:rPr>
      </w:pPr>
      <w:r w:rsidRPr="2915A3C0" w:rsidR="77C1ACC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New meeting: </w:t>
      </w:r>
      <w:r w:rsidRPr="2915A3C0" w:rsidR="5550E109">
        <w:rPr>
          <w:rFonts w:ascii="Calibri" w:hAnsi="Calibri" w:eastAsia="Calibri" w:cs="Calibri" w:asciiTheme="majorAscii" w:hAnsiTheme="majorAscii" w:eastAsiaTheme="majorAscii" w:cstheme="majorAscii"/>
        </w:rPr>
        <w:t>June 26</w:t>
      </w:r>
      <w:r w:rsidRPr="2915A3C0" w:rsidR="5550E109">
        <w:rPr>
          <w:rFonts w:ascii="Calibri" w:hAnsi="Calibri" w:eastAsia="Calibri" w:cs="Calibri" w:asciiTheme="majorAscii" w:hAnsiTheme="majorAscii" w:eastAsiaTheme="majorAscii" w:cstheme="majorAscii"/>
          <w:vertAlign w:val="superscript"/>
        </w:rPr>
        <w:t>th</w:t>
      </w:r>
      <w:r w:rsidRPr="2915A3C0" w:rsidR="5550E109">
        <w:rPr>
          <w:rFonts w:ascii="Calibri" w:hAnsi="Calibri" w:eastAsia="Calibri" w:cs="Calibri" w:asciiTheme="majorAscii" w:hAnsiTheme="majorAscii" w:eastAsiaTheme="majorAscii" w:cstheme="majorAscii"/>
        </w:rPr>
        <w:t>, 0830</w:t>
      </w:r>
      <w:r w:rsidRPr="2915A3C0" w:rsidR="457F66A4">
        <w:rPr>
          <w:rFonts w:ascii="Calibri" w:hAnsi="Calibri" w:eastAsia="Calibri" w:cs="Calibri" w:asciiTheme="majorAscii" w:hAnsiTheme="majorAscii" w:eastAsiaTheme="majorAscii" w:cstheme="majorAscii"/>
        </w:rPr>
        <w:t>-</w:t>
      </w:r>
      <w:r w:rsidRPr="2915A3C0" w:rsidR="5550E109">
        <w:rPr>
          <w:rFonts w:ascii="Calibri" w:hAnsi="Calibri" w:eastAsia="Calibri" w:cs="Calibri" w:asciiTheme="majorAscii" w:hAnsiTheme="majorAscii" w:eastAsiaTheme="majorAscii" w:cstheme="majorAscii"/>
        </w:rPr>
        <w:t>10</w:t>
      </w:r>
      <w:r w:rsidRPr="2915A3C0" w:rsidR="299DE532">
        <w:rPr>
          <w:rFonts w:ascii="Calibri" w:hAnsi="Calibri" w:eastAsia="Calibri" w:cs="Calibri" w:asciiTheme="majorAscii" w:hAnsiTheme="majorAscii" w:eastAsiaTheme="majorAscii" w:cstheme="majorAscii"/>
        </w:rPr>
        <w:t>00</w:t>
      </w:r>
      <w:r w:rsidRPr="2915A3C0" w:rsidR="5550E109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</w:p>
    <w:p w:rsidR="18E5B43C" w:rsidP="2915A3C0" w:rsidRDefault="18E5B43C" w14:paraId="147D8BB6" w14:textId="20D8C96A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</w:pP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Agenda Items:</w:t>
      </w:r>
    </w:p>
    <w:p w:rsidR="18E5B43C" w:rsidP="2915A3C0" w:rsidRDefault="18E5B43C" w14:paraId="5C6EA76A" w14:textId="0888C38E">
      <w:pPr>
        <w:pStyle w:val="ListBullet"/>
        <w:suppressLineNumbers w:val="0"/>
        <w:bidi w:val="0"/>
        <w:spacing w:before="0" w:beforeAutospacing="off" w:after="200" w:afterAutospacing="off" w:line="240" w:lineRule="auto"/>
        <w:ind w:left="720" w:right="0" w:hanging="36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2915A3C0" w:rsidR="18E5B43C">
        <w:rPr>
          <w:rFonts w:ascii="Calibri" w:hAnsi="Calibri" w:eastAsia="Calibri" w:cs="Calibri" w:asciiTheme="majorAscii" w:hAnsiTheme="majorAscii" w:eastAsiaTheme="majorAscii" w:cstheme="majorAscii"/>
        </w:rPr>
        <w:t>Review Preceptor Information:</w:t>
      </w:r>
    </w:p>
    <w:p w:rsidR="18E5B43C" w:rsidP="2915A3C0" w:rsidRDefault="18E5B43C" w14:paraId="08BF93AA" w14:textId="64A41CD4">
      <w:pPr>
        <w:pStyle w:val="ListBullet"/>
        <w:suppressLineNumbers w:val="0"/>
        <w:bidi w:val="0"/>
        <w:spacing w:before="0" w:beforeAutospacing="off" w:after="200" w:afterAutospacing="off" w:line="240" w:lineRule="auto"/>
        <w:ind w:right="0"/>
        <w:jc w:val="left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en-US"/>
        </w:rPr>
      </w:pPr>
      <w:hyperlink r:id="Radba448961cf4d45">
        <w:r w:rsidRPr="2915A3C0" w:rsidR="18E5B43C">
          <w:rPr>
            <w:rStyle w:val="Hyperlink"/>
            <w:rFonts w:ascii="Calibri" w:hAnsi="Calibri" w:eastAsia="Calibri" w:cs="Calibri" w:asciiTheme="majorAscii" w:hAnsiTheme="majorAscii" w:eastAsiaTheme="majorAscii" w:cstheme="majorAsci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85A72"/>
            <w:sz w:val="22"/>
            <w:szCs w:val="22"/>
            <w:u w:val="none"/>
            <w:lang w:val="en-US"/>
          </w:rPr>
          <w:t>RN Preceptor Handbook</w:t>
        </w:r>
      </w:hyperlink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Updated </w:t>
      </w: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6/27/2025</w:t>
      </w:r>
      <w:r>
        <w:br/>
      </w:r>
      <w:hyperlink r:id="Rf43a0a929e9f47b4">
        <w:r w:rsidRPr="2915A3C0" w:rsidR="18E5B43C">
          <w:rPr>
            <w:rStyle w:val="Hyperlink"/>
            <w:rFonts w:ascii="Calibri" w:hAnsi="Calibri" w:eastAsia="Calibri" w:cs="Calibri" w:asciiTheme="majorAscii" w:hAnsiTheme="majorAscii" w:eastAsiaTheme="majorAscii" w:cstheme="majorAsci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C80A1"/>
            <w:sz w:val="22"/>
            <w:szCs w:val="22"/>
            <w:u w:val="none"/>
            <w:lang w:val="en-US"/>
          </w:rPr>
          <w:t>Preceptor Agreement</w:t>
        </w:r>
      </w:hyperlink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</w:t>
      </w: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en-US"/>
        </w:rPr>
        <w:t>Reviewed 6/27/202</w:t>
      </w: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5</w:t>
      </w:r>
      <w:r>
        <w:br/>
      </w:r>
      <w:hyperlink r:id="Raa6f18841dc94b8a">
        <w:r w:rsidRPr="2915A3C0" w:rsidR="18E5B43C">
          <w:rPr>
            <w:rStyle w:val="Hyperlink"/>
            <w:rFonts w:ascii="Calibri" w:hAnsi="Calibri" w:eastAsia="Calibri" w:cs="Calibri" w:asciiTheme="majorAscii" w:hAnsiTheme="majorAscii" w:eastAsiaTheme="majorAscii" w:cstheme="majorAsci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C80A1"/>
            <w:sz w:val="22"/>
            <w:szCs w:val="22"/>
            <w:u w:val="none"/>
            <w:lang w:val="en-US"/>
          </w:rPr>
          <w:t>Preceptor Evaluation of the Precepted Clinical Experience</w:t>
        </w:r>
      </w:hyperlink>
      <w:hyperlink r:id="Rc0805874d90640d4">
        <w:r w:rsidRPr="2915A3C0" w:rsidR="18E5B43C">
          <w:rPr>
            <w:rStyle w:val="Hyperlink"/>
            <w:rFonts w:ascii="Calibri" w:hAnsi="Calibri" w:eastAsia="Calibri" w:cs="Calibri" w:asciiTheme="majorAscii" w:hAnsiTheme="majorAscii" w:eastAsiaTheme="majorAscii" w:cstheme="majorAscii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color w:val="0C80A1"/>
            <w:sz w:val="22"/>
            <w:szCs w:val="22"/>
            <w:u w:val="none"/>
            <w:lang w:val="en-US"/>
          </w:rPr>
          <w:t xml:space="preserve"> </w:t>
        </w:r>
      </w:hyperlink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Reviewed </w:t>
      </w: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6/27/2025</w:t>
      </w:r>
    </w:p>
    <w:p w:rsidR="18E5B43C" w:rsidP="2915A3C0" w:rsidRDefault="18E5B43C" w14:paraId="27C50F4D" w14:textId="6B997F11">
      <w:pPr>
        <w:pStyle w:val="ListBullet"/>
        <w:suppressLineNumbers w:val="0"/>
        <w:bidi w:val="0"/>
        <w:spacing w:before="0" w:beforeAutospacing="off" w:after="200" w:afterAutospacing="off" w:line="240" w:lineRule="auto"/>
        <w:ind w:right="0"/>
        <w:jc w:val="lef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Update EPIC Site-Specific Resources (Advocate Aurora, Emplify by Bellin, HSHS)</w:t>
      </w:r>
    </w:p>
    <w:p w:rsidR="18E5B43C" w:rsidP="2915A3C0" w:rsidRDefault="18E5B43C" w14:paraId="685A60E2" w14:textId="5419CC3B">
      <w:pPr>
        <w:pStyle w:val="ListBullet"/>
        <w:suppressLineNumbers w:val="0"/>
        <w:bidi w:val="0"/>
        <w:spacing w:before="0" w:beforeAutospacing="off" w:after="200" w:afterAutospacing="off" w:line="240" w:lineRule="auto"/>
        <w:ind w:right="0"/>
        <w:jc w:val="lef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915A3C0" w:rsidR="18E5B43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Clinical Instructors Annual update</w:t>
      </w:r>
    </w:p>
    <w:sectPr w:rsidRPr="00A12A70" w:rsidR="00DA2EF0" w:rsidSect="00034616">
      <w:pgSz w:w="12240" w:h="15840" w:orient="portrait"/>
      <w:pgMar w:top="0" w:right="990" w:bottom="720" w:left="1440" w:header="720" w:footer="720" w:gutter="0"/>
      <w:cols w:space="720"/>
      <w:docGrid w:linePitch="360"/>
      <w:footerReference w:type="default" r:id="R8eee445fc0d640f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15A3C0" w:rsidTr="2915A3C0" w14:paraId="49AB8202">
      <w:trPr>
        <w:trHeight w:val="300"/>
      </w:trPr>
      <w:tc>
        <w:tcPr>
          <w:tcW w:w="3120" w:type="dxa"/>
          <w:tcMar/>
        </w:tcPr>
        <w:p w:rsidR="2915A3C0" w:rsidP="2915A3C0" w:rsidRDefault="2915A3C0" w14:paraId="55AE8F50" w14:textId="3EF29D4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15A3C0" w:rsidP="2915A3C0" w:rsidRDefault="2915A3C0" w14:paraId="0DAE8A40" w14:textId="6BC6C2E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15A3C0" w:rsidP="2915A3C0" w:rsidRDefault="2915A3C0" w14:paraId="2AB116B9" w14:textId="397C43D8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2915A3C0" w:rsidP="2915A3C0" w:rsidRDefault="2915A3C0" w14:paraId="2C8D3C88" w14:textId="3BEC9941">
    <w:pPr>
      <w:pStyle w:val="Footer"/>
      <w:bidi w:val="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5d0bdf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d53b2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daa8b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1c7ef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62313DE6"/>
    <w:multiLevelType w:val="hybridMultilevel"/>
    <w:tmpl w:val="A1269A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" w16cid:durableId="957219073">
    <w:abstractNumId w:val="8"/>
  </w:num>
  <w:num w:numId="2" w16cid:durableId="2129424622">
    <w:abstractNumId w:val="6"/>
  </w:num>
  <w:num w:numId="3" w16cid:durableId="775833514">
    <w:abstractNumId w:val="5"/>
  </w:num>
  <w:num w:numId="4" w16cid:durableId="58213567">
    <w:abstractNumId w:val="4"/>
  </w:num>
  <w:num w:numId="5" w16cid:durableId="1903979729">
    <w:abstractNumId w:val="7"/>
  </w:num>
  <w:num w:numId="6" w16cid:durableId="732778913">
    <w:abstractNumId w:val="3"/>
  </w:num>
  <w:num w:numId="7" w16cid:durableId="585462319">
    <w:abstractNumId w:val="2"/>
  </w:num>
  <w:num w:numId="8" w16cid:durableId="1218543086">
    <w:abstractNumId w:val="1"/>
  </w:num>
  <w:num w:numId="9" w16cid:durableId="1346251060">
    <w:abstractNumId w:val="0"/>
  </w:num>
  <w:num w:numId="10" w16cid:durableId="434180742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11B11"/>
    <w:rsid w:val="00023183"/>
    <w:rsid w:val="000327AE"/>
    <w:rsid w:val="00034616"/>
    <w:rsid w:val="0006063C"/>
    <w:rsid w:val="000835BE"/>
    <w:rsid w:val="0009739F"/>
    <w:rsid w:val="00107D4E"/>
    <w:rsid w:val="00124CA9"/>
    <w:rsid w:val="0015074B"/>
    <w:rsid w:val="001F43EB"/>
    <w:rsid w:val="00226226"/>
    <w:rsid w:val="002821F7"/>
    <w:rsid w:val="0029639D"/>
    <w:rsid w:val="002B2D5C"/>
    <w:rsid w:val="00326F90"/>
    <w:rsid w:val="003C790A"/>
    <w:rsid w:val="00400234"/>
    <w:rsid w:val="005224B5"/>
    <w:rsid w:val="00522FF3"/>
    <w:rsid w:val="00534A2C"/>
    <w:rsid w:val="0057440E"/>
    <w:rsid w:val="00587364"/>
    <w:rsid w:val="005A79B1"/>
    <w:rsid w:val="005B0AE4"/>
    <w:rsid w:val="005D1391"/>
    <w:rsid w:val="005F2F95"/>
    <w:rsid w:val="00602EEE"/>
    <w:rsid w:val="0063690E"/>
    <w:rsid w:val="006A7E57"/>
    <w:rsid w:val="00705451"/>
    <w:rsid w:val="0077684A"/>
    <w:rsid w:val="007C5258"/>
    <w:rsid w:val="00931EBE"/>
    <w:rsid w:val="00942F0D"/>
    <w:rsid w:val="009F5A6E"/>
    <w:rsid w:val="00A12A70"/>
    <w:rsid w:val="00A158A1"/>
    <w:rsid w:val="00A2076F"/>
    <w:rsid w:val="00A633E0"/>
    <w:rsid w:val="00A9300D"/>
    <w:rsid w:val="00AA1D8D"/>
    <w:rsid w:val="00B176AE"/>
    <w:rsid w:val="00B25E86"/>
    <w:rsid w:val="00B47730"/>
    <w:rsid w:val="00B52ADF"/>
    <w:rsid w:val="00B54D94"/>
    <w:rsid w:val="00B96791"/>
    <w:rsid w:val="00BF283A"/>
    <w:rsid w:val="00C0588B"/>
    <w:rsid w:val="00CB0664"/>
    <w:rsid w:val="00CF0832"/>
    <w:rsid w:val="00D4578C"/>
    <w:rsid w:val="00D67F05"/>
    <w:rsid w:val="00D76DA8"/>
    <w:rsid w:val="00DA1762"/>
    <w:rsid w:val="00DA2EF0"/>
    <w:rsid w:val="00E0355B"/>
    <w:rsid w:val="00E12700"/>
    <w:rsid w:val="00E135E3"/>
    <w:rsid w:val="00E44BC9"/>
    <w:rsid w:val="00E6935B"/>
    <w:rsid w:val="00ED38D7"/>
    <w:rsid w:val="00F42420"/>
    <w:rsid w:val="00F64537"/>
    <w:rsid w:val="00F930A4"/>
    <w:rsid w:val="00FC693F"/>
    <w:rsid w:val="02ECCD8C"/>
    <w:rsid w:val="059BF76F"/>
    <w:rsid w:val="062E38CD"/>
    <w:rsid w:val="07043F3F"/>
    <w:rsid w:val="089680B9"/>
    <w:rsid w:val="097DCF39"/>
    <w:rsid w:val="098AAEDC"/>
    <w:rsid w:val="0BA45D05"/>
    <w:rsid w:val="0C9BF35D"/>
    <w:rsid w:val="0ED1E575"/>
    <w:rsid w:val="0FCADA05"/>
    <w:rsid w:val="10B15C35"/>
    <w:rsid w:val="118BA4B4"/>
    <w:rsid w:val="126ACAD0"/>
    <w:rsid w:val="13208361"/>
    <w:rsid w:val="164431C1"/>
    <w:rsid w:val="18616387"/>
    <w:rsid w:val="1877D7ED"/>
    <w:rsid w:val="18E5B43C"/>
    <w:rsid w:val="1940672E"/>
    <w:rsid w:val="19E6DB11"/>
    <w:rsid w:val="1AA42C5D"/>
    <w:rsid w:val="1B048BA1"/>
    <w:rsid w:val="1BDE546C"/>
    <w:rsid w:val="1CCA96E0"/>
    <w:rsid w:val="1EBEF4CA"/>
    <w:rsid w:val="1F6D6036"/>
    <w:rsid w:val="20E98D7E"/>
    <w:rsid w:val="21B33996"/>
    <w:rsid w:val="21F5F383"/>
    <w:rsid w:val="227AFB9E"/>
    <w:rsid w:val="231CC244"/>
    <w:rsid w:val="23BF9B14"/>
    <w:rsid w:val="2464A5AA"/>
    <w:rsid w:val="25CCD920"/>
    <w:rsid w:val="266657F1"/>
    <w:rsid w:val="26856B04"/>
    <w:rsid w:val="272B4814"/>
    <w:rsid w:val="2808F80C"/>
    <w:rsid w:val="2915A3C0"/>
    <w:rsid w:val="299DE532"/>
    <w:rsid w:val="29AAB4E7"/>
    <w:rsid w:val="2C97CA44"/>
    <w:rsid w:val="2CBC1DCC"/>
    <w:rsid w:val="2D6085E1"/>
    <w:rsid w:val="2DAB57F3"/>
    <w:rsid w:val="2E04326E"/>
    <w:rsid w:val="2EA213EF"/>
    <w:rsid w:val="2EF556C3"/>
    <w:rsid w:val="2FFD8262"/>
    <w:rsid w:val="303744C0"/>
    <w:rsid w:val="3066D7A6"/>
    <w:rsid w:val="31D5A80D"/>
    <w:rsid w:val="32DACD7C"/>
    <w:rsid w:val="344FCA14"/>
    <w:rsid w:val="3457271F"/>
    <w:rsid w:val="36D5BD1F"/>
    <w:rsid w:val="373DB638"/>
    <w:rsid w:val="37996714"/>
    <w:rsid w:val="37ACE85E"/>
    <w:rsid w:val="384B700E"/>
    <w:rsid w:val="3B45C09B"/>
    <w:rsid w:val="3B481B92"/>
    <w:rsid w:val="3B5AC5EC"/>
    <w:rsid w:val="3B99F992"/>
    <w:rsid w:val="3D475798"/>
    <w:rsid w:val="3D7A1730"/>
    <w:rsid w:val="3F730CD9"/>
    <w:rsid w:val="41E376E8"/>
    <w:rsid w:val="425F190F"/>
    <w:rsid w:val="429D1ADF"/>
    <w:rsid w:val="42E4E097"/>
    <w:rsid w:val="430C1472"/>
    <w:rsid w:val="43C986D6"/>
    <w:rsid w:val="442B8CD9"/>
    <w:rsid w:val="455AF72D"/>
    <w:rsid w:val="457F66A4"/>
    <w:rsid w:val="45A5F680"/>
    <w:rsid w:val="45E91CDE"/>
    <w:rsid w:val="46BF1604"/>
    <w:rsid w:val="47A04CE9"/>
    <w:rsid w:val="47E750F1"/>
    <w:rsid w:val="481ED0E1"/>
    <w:rsid w:val="48E692C2"/>
    <w:rsid w:val="4972D38F"/>
    <w:rsid w:val="4994FE33"/>
    <w:rsid w:val="49DAA908"/>
    <w:rsid w:val="4A560C6A"/>
    <w:rsid w:val="4B3C1B90"/>
    <w:rsid w:val="4B76030E"/>
    <w:rsid w:val="4B8BA88A"/>
    <w:rsid w:val="4CBA7841"/>
    <w:rsid w:val="4CEA3DAB"/>
    <w:rsid w:val="4D544DDA"/>
    <w:rsid w:val="4E24B13D"/>
    <w:rsid w:val="4EEBAB2D"/>
    <w:rsid w:val="4F124124"/>
    <w:rsid w:val="4F624869"/>
    <w:rsid w:val="4FA2D852"/>
    <w:rsid w:val="4FB60868"/>
    <w:rsid w:val="50CBD2A6"/>
    <w:rsid w:val="51336688"/>
    <w:rsid w:val="528FE4F4"/>
    <w:rsid w:val="52A32A11"/>
    <w:rsid w:val="52ADBF29"/>
    <w:rsid w:val="53C87DE0"/>
    <w:rsid w:val="5550E109"/>
    <w:rsid w:val="5577F32C"/>
    <w:rsid w:val="55A297C8"/>
    <w:rsid w:val="561C8317"/>
    <w:rsid w:val="574AEB87"/>
    <w:rsid w:val="5AA01BAA"/>
    <w:rsid w:val="5B67C983"/>
    <w:rsid w:val="5B993782"/>
    <w:rsid w:val="5D5719BA"/>
    <w:rsid w:val="5D7F4183"/>
    <w:rsid w:val="5D98D5A1"/>
    <w:rsid w:val="5F42A864"/>
    <w:rsid w:val="5F895213"/>
    <w:rsid w:val="6159CE49"/>
    <w:rsid w:val="61BD3EA3"/>
    <w:rsid w:val="6261BD3B"/>
    <w:rsid w:val="62992A5A"/>
    <w:rsid w:val="6320AC2F"/>
    <w:rsid w:val="6362812D"/>
    <w:rsid w:val="6395E4AF"/>
    <w:rsid w:val="639BFACA"/>
    <w:rsid w:val="63F34C2E"/>
    <w:rsid w:val="641C29DF"/>
    <w:rsid w:val="649E1490"/>
    <w:rsid w:val="64E691CB"/>
    <w:rsid w:val="653A3DD1"/>
    <w:rsid w:val="6650A339"/>
    <w:rsid w:val="66A66BEF"/>
    <w:rsid w:val="66DCA13A"/>
    <w:rsid w:val="675D422F"/>
    <w:rsid w:val="681E1D26"/>
    <w:rsid w:val="68334532"/>
    <w:rsid w:val="68CE1508"/>
    <w:rsid w:val="69506FDB"/>
    <w:rsid w:val="6977AF70"/>
    <w:rsid w:val="69799DC6"/>
    <w:rsid w:val="6996C2E8"/>
    <w:rsid w:val="6ACC65A6"/>
    <w:rsid w:val="6BAB0D8D"/>
    <w:rsid w:val="6C2FCA5B"/>
    <w:rsid w:val="6D2A26C4"/>
    <w:rsid w:val="6D6AD150"/>
    <w:rsid w:val="709DD2E5"/>
    <w:rsid w:val="72554297"/>
    <w:rsid w:val="75446AE8"/>
    <w:rsid w:val="776F0582"/>
    <w:rsid w:val="77C1ACC2"/>
    <w:rsid w:val="7935678D"/>
    <w:rsid w:val="797A4D19"/>
    <w:rsid w:val="798DA7DB"/>
    <w:rsid w:val="7A50DCDF"/>
    <w:rsid w:val="7ABFB52E"/>
    <w:rsid w:val="7C0D7F18"/>
    <w:rsid w:val="7CA9853A"/>
    <w:rsid w:val="7DF92538"/>
    <w:rsid w:val="7E67E11D"/>
    <w:rsid w:val="7F53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DAF60"/>
  <w14:defaultImageDpi w14:val="300"/>
  <w15:docId w15:val="{CFE23026-F96A-4BEA-8970-57CD7AB4AD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02E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sarah.hutchinson.pm@gmail.com" TargetMode="External" Id="R535987a6e0044122" /><Relationship Type="http://schemas.openxmlformats.org/officeDocument/2006/relationships/hyperlink" Target="https://ggbha.org/wp-content/uploads/2025/07/rn-preceptor-handbook-updated-6-27-2025.docx" TargetMode="External" Id="Radba448961cf4d45" /><Relationship Type="http://schemas.openxmlformats.org/officeDocument/2006/relationships/hyperlink" Target="https://ggbha.org/wp-content/uploads/2025/07/preceptor-agreement-reviewed-6-27-2025.docx" TargetMode="External" Id="Rf43a0a929e9f47b4" /><Relationship Type="http://schemas.openxmlformats.org/officeDocument/2006/relationships/hyperlink" Target="https://ggbha.org/wp-content/uploads/2025/07/preceptor-eval-of-precepted-clinical-reviewed-6-27-2025.docx" TargetMode="External" Id="Raa6f18841dc94b8a" /><Relationship Type="http://schemas.openxmlformats.org/officeDocument/2006/relationships/hyperlink" Target="https://ggbha.org/wp-content/uploads/2025/07/preceptor-eval-of-precepted-clinical-reviewed-6-27-2025.docx" TargetMode="External" Id="Rc0805874d90640d4" /><Relationship Type="http://schemas.openxmlformats.org/officeDocument/2006/relationships/footer" Target="footer.xml" Id="R8eee445fc0d640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A6D6585803140A87CC7D9F99D780B" ma:contentTypeVersion="12" ma:contentTypeDescription="Create a new document." ma:contentTypeScope="" ma:versionID="ead586db06d875bd76b1e085521de46e">
  <xsd:schema xmlns:xsd="http://www.w3.org/2001/XMLSchema" xmlns:xs="http://www.w3.org/2001/XMLSchema" xmlns:p="http://schemas.microsoft.com/office/2006/metadata/properties" xmlns:ns2="0c247020-1b98-4c02-9654-1a6ea354c2fa" xmlns:ns3="f24c81a2-7a7e-419d-a8e7-b862e07af5d6" targetNamespace="http://schemas.microsoft.com/office/2006/metadata/properties" ma:root="true" ma:fieldsID="942e377f48580273f177dc0f717afe68" ns2:_="" ns3:_="">
    <xsd:import namespace="0c247020-1b98-4c02-9654-1a6ea354c2fa"/>
    <xsd:import namespace="f24c81a2-7a7e-419d-a8e7-b862e07af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7020-1b98-4c02-9654-1a6ea354c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60a7b8-dc9e-49ba-a08b-de983de39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c81a2-7a7e-419d-a8e7-b862e07af5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650986-c3c4-4f30-a53c-05a0e518df4c}" ma:internalName="TaxCatchAll" ma:showField="CatchAllData" ma:web="f24c81a2-7a7e-419d-a8e7-b862e07af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4c81a2-7a7e-419d-a8e7-b862e07af5d6" xsi:nil="true"/>
    <lcf76f155ced4ddcb4097134ff3c332f xmlns="0c247020-1b98-4c02-9654-1a6ea354c2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6BAEF3-1F42-47BB-A098-F1847126F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8E8B0-4564-4140-9345-43DD94DB0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47020-1b98-4c02-9654-1a6ea354c2fa"/>
    <ds:schemaRef ds:uri="f24c81a2-7a7e-419d-a8e7-b862e07af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6164C4-9E7A-4BA6-8EF1-2DB70C29E688}">
  <ds:schemaRefs>
    <ds:schemaRef ds:uri="http://schemas.microsoft.com/office/2006/metadata/properties"/>
    <ds:schemaRef ds:uri="http://schemas.microsoft.com/office/infopath/2007/PartnerControls"/>
    <ds:schemaRef ds:uri="f24c81a2-7a7e-419d-a8e7-b862e07af5d6"/>
    <ds:schemaRef ds:uri="0c247020-1b98-4c02-9654-1a6ea354c2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Sherri Hanrahan</lastModifiedBy>
  <revision>56</revision>
  <dcterms:created xsi:type="dcterms:W3CDTF">2026-06-03T14:19:00.0000000Z</dcterms:created>
  <dcterms:modified xsi:type="dcterms:W3CDTF">2026-06-08T16:26:50.0718235Z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131bdaa2-5f0d-40a3-b62f-8136832cce0a</vt:lpwstr>
  </property>
  <property fmtid="{D5CDD505-2E9C-101B-9397-08002B2CF9AE}" pid="3" name="ContentTypeId">
    <vt:lpwstr>0x010100AD0A6D6585803140A87CC7D9F99D780B</vt:lpwstr>
  </property>
  <property fmtid="{D5CDD505-2E9C-101B-9397-08002B2CF9AE}" pid="4" name="MediaServiceImageTags">
    <vt:lpwstr/>
  </property>
</Properties>
</file>